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2A5B7" w14:textId="5FC0BE2E" w:rsidR="00EC0A52" w:rsidRDefault="00000000" w:rsidP="00821C49">
      <w:pPr>
        <w:pStyle w:val="Titre1"/>
        <w:jc w:val="center"/>
      </w:pPr>
      <w:proofErr w:type="spellStart"/>
      <w:r>
        <w:t>Lettre</w:t>
      </w:r>
      <w:proofErr w:type="spellEnd"/>
      <w:r>
        <w:t xml:space="preserve"> au </w:t>
      </w:r>
      <w:proofErr w:type="spellStart"/>
      <w:r>
        <w:t>Député</w:t>
      </w:r>
      <w:proofErr w:type="spellEnd"/>
      <w:r>
        <w:t xml:space="preserve"> – </w:t>
      </w:r>
      <w:proofErr w:type="spellStart"/>
      <w:r>
        <w:t>Citoyen</w:t>
      </w:r>
      <w:proofErr w:type="spellEnd"/>
      <w:r w:rsidR="00821C49">
        <w:t xml:space="preserve"> (</w:t>
      </w:r>
      <w:proofErr w:type="spellStart"/>
      <w:r w:rsidR="00821C49">
        <w:t>ligne</w:t>
      </w:r>
      <w:proofErr w:type="spellEnd"/>
      <w:r w:rsidR="00821C49">
        <w:t xml:space="preserve"> à </w:t>
      </w:r>
      <w:proofErr w:type="spellStart"/>
      <w:r w:rsidR="00821C49">
        <w:t>supprimer</w:t>
      </w:r>
      <w:proofErr w:type="spellEnd"/>
      <w:r w:rsidR="00821C49">
        <w:t>)</w:t>
      </w:r>
    </w:p>
    <w:p w14:paraId="0E3C2710" w14:textId="77777777" w:rsidR="00EC0A52" w:rsidRDefault="00000000">
      <w:r>
        <w:t>[Prénom Nom]</w:t>
      </w:r>
    </w:p>
    <w:p w14:paraId="34B35287" w14:textId="77777777" w:rsidR="00EC0A52" w:rsidRDefault="00000000">
      <w:r>
        <w:t>[Adresse]</w:t>
      </w:r>
    </w:p>
    <w:p w14:paraId="5E71C3FB" w14:textId="77777777" w:rsidR="00EC0A52" w:rsidRDefault="00000000">
      <w:r>
        <w:t>[Date]</w:t>
      </w:r>
    </w:p>
    <w:p w14:paraId="4D786433" w14:textId="77777777" w:rsidR="00EC0A52" w:rsidRDefault="00EC0A52"/>
    <w:p w14:paraId="1EA8E793" w14:textId="77777777" w:rsidR="00EC0A52" w:rsidRDefault="00000000" w:rsidP="00821C49">
      <w:pPr>
        <w:jc w:val="right"/>
      </w:pPr>
      <w:r>
        <w:t>Madame la Députée / Monsieur le Député,</w:t>
      </w:r>
    </w:p>
    <w:p w14:paraId="50C8AD38" w14:textId="77777777" w:rsidR="00EC0A52" w:rsidRDefault="00000000" w:rsidP="00821C49">
      <w:pPr>
        <w:jc w:val="right"/>
      </w:pPr>
      <w:r>
        <w:t>Circonscription de [nom]</w:t>
      </w:r>
    </w:p>
    <w:p w14:paraId="3DAA2DBD" w14:textId="77777777" w:rsidR="00EC0A52" w:rsidRDefault="00EC0A52"/>
    <w:p w14:paraId="44A970D2" w14:textId="77777777" w:rsidR="00EC0A52" w:rsidRDefault="00000000">
      <w:r>
        <w:t>Objet : Interrogation sur les politiques nationales de gestion des déchets</w:t>
      </w:r>
    </w:p>
    <w:p w14:paraId="3359F4DE" w14:textId="77777777" w:rsidR="00EC0A52" w:rsidRDefault="00EC0A52"/>
    <w:p w14:paraId="1D13B48E" w14:textId="77777777" w:rsidR="00EC0A52" w:rsidRDefault="00000000">
      <w:r>
        <w:t>Madame la Députée / Monsieur le Député,</w:t>
      </w:r>
    </w:p>
    <w:p w14:paraId="18025F24" w14:textId="77777777" w:rsidR="00EC0A52" w:rsidRDefault="00EC0A52"/>
    <w:p w14:paraId="2E089A5B" w14:textId="77777777" w:rsidR="00EC0A52" w:rsidRDefault="00000000">
      <w:r>
        <w:t>Je souhaite attirer votre attention sur des difficultés rencontrées localement concernant la collecte des déchets. Certains aspects pourraient relever du cadre législatif national.</w:t>
      </w:r>
    </w:p>
    <w:p w14:paraId="1B166A54" w14:textId="77777777" w:rsidR="00EC0A52" w:rsidRDefault="00EC0A52"/>
    <w:p w14:paraId="45F9E71E" w14:textId="77777777" w:rsidR="00EC0A52" w:rsidRDefault="00000000">
      <w:r>
        <w:t>Je sollicite votre avis sur les mesures prévues pour garantir un service équitable sur le territoire.</w:t>
      </w:r>
    </w:p>
    <w:p w14:paraId="1F243222" w14:textId="77777777" w:rsidR="00EC0A52" w:rsidRDefault="00EC0A52"/>
    <w:p w14:paraId="4AA3F9B9" w14:textId="77777777" w:rsidR="00EC0A52" w:rsidRDefault="00000000">
      <w:r>
        <w:t>Veuillez croire, Madame la Députée / Monsieur le Député, en ma considération distinguée.</w:t>
      </w:r>
    </w:p>
    <w:p w14:paraId="0FB010F7" w14:textId="77777777" w:rsidR="00EC0A52" w:rsidRDefault="00EC0A52"/>
    <w:p w14:paraId="708796A4" w14:textId="77777777" w:rsidR="00EC0A52" w:rsidRDefault="00000000" w:rsidP="00821C49">
      <w:pPr>
        <w:ind w:right="1127"/>
        <w:jc w:val="right"/>
      </w:pPr>
      <w:r>
        <w:t>[Signature]</w:t>
      </w:r>
    </w:p>
    <w:p w14:paraId="65440BF6" w14:textId="552342A0" w:rsidR="00EC0A52" w:rsidRDefault="00EC0A52"/>
    <w:sectPr w:rsidR="00EC0A52" w:rsidSect="00821C49">
      <w:pgSz w:w="12240" w:h="15840"/>
      <w:pgMar w:top="851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90CC9" w14:textId="77777777" w:rsidR="00582A42" w:rsidRDefault="00582A42">
      <w:pPr>
        <w:spacing w:after="0" w:line="240" w:lineRule="auto"/>
      </w:pPr>
      <w:r>
        <w:separator/>
      </w:r>
    </w:p>
  </w:endnote>
  <w:endnote w:type="continuationSeparator" w:id="0">
    <w:p w14:paraId="218D10A1" w14:textId="77777777" w:rsidR="00582A42" w:rsidRDefault="00582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88C6E" w14:textId="77777777" w:rsidR="00582A42" w:rsidRDefault="00582A42">
      <w:pPr>
        <w:spacing w:after="0" w:line="240" w:lineRule="auto"/>
      </w:pPr>
      <w:r>
        <w:separator/>
      </w:r>
    </w:p>
  </w:footnote>
  <w:footnote w:type="continuationSeparator" w:id="0">
    <w:p w14:paraId="1AE8B9B8" w14:textId="77777777" w:rsidR="00582A42" w:rsidRDefault="00582A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160479">
    <w:abstractNumId w:val="8"/>
  </w:num>
  <w:num w:numId="2" w16cid:durableId="1907110283">
    <w:abstractNumId w:val="6"/>
  </w:num>
  <w:num w:numId="3" w16cid:durableId="1673606909">
    <w:abstractNumId w:val="5"/>
  </w:num>
  <w:num w:numId="4" w16cid:durableId="1361931034">
    <w:abstractNumId w:val="4"/>
  </w:num>
  <w:num w:numId="5" w16cid:durableId="1923224610">
    <w:abstractNumId w:val="7"/>
  </w:num>
  <w:num w:numId="6" w16cid:durableId="36703619">
    <w:abstractNumId w:val="3"/>
  </w:num>
  <w:num w:numId="7" w16cid:durableId="1553233086">
    <w:abstractNumId w:val="2"/>
  </w:num>
  <w:num w:numId="8" w16cid:durableId="547953522">
    <w:abstractNumId w:val="1"/>
  </w:num>
  <w:num w:numId="9" w16cid:durableId="1070348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82A42"/>
    <w:rsid w:val="00821C49"/>
    <w:rsid w:val="00AA1D8D"/>
    <w:rsid w:val="00B47730"/>
    <w:rsid w:val="00B8205D"/>
    <w:rsid w:val="00CB0664"/>
    <w:rsid w:val="00EC0A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D8C2FE"/>
  <w14:defaultImageDpi w14:val="300"/>
  <w15:docId w15:val="{E46A2E21-D6AC-4A67-A7D7-4FF45B01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Photo Graphie</cp:lastModifiedBy>
  <cp:revision>2</cp:revision>
  <dcterms:created xsi:type="dcterms:W3CDTF">2025-11-13T07:26:00Z</dcterms:created>
  <dcterms:modified xsi:type="dcterms:W3CDTF">2025-11-13T07:26:00Z</dcterms:modified>
  <cp:category/>
</cp:coreProperties>
</file>