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9E3BCE" w14:textId="2D04E3F7" w:rsidR="00CD4C7C" w:rsidRDefault="00000000" w:rsidP="007D57DE">
      <w:pPr>
        <w:pStyle w:val="Titre1"/>
        <w:jc w:val="center"/>
      </w:pPr>
      <w:proofErr w:type="spellStart"/>
      <w:r>
        <w:t>Lettre</w:t>
      </w:r>
      <w:proofErr w:type="spellEnd"/>
      <w:r>
        <w:t xml:space="preserve"> au </w:t>
      </w:r>
      <w:proofErr w:type="spellStart"/>
      <w:r>
        <w:t>Député</w:t>
      </w:r>
      <w:proofErr w:type="spellEnd"/>
      <w:r>
        <w:t xml:space="preserve"> – </w:t>
      </w:r>
      <w:proofErr w:type="spellStart"/>
      <w:r>
        <w:t>Collectif</w:t>
      </w:r>
      <w:proofErr w:type="spellEnd"/>
      <w:r>
        <w:t xml:space="preserve"> / association</w:t>
      </w:r>
      <w:r w:rsidR="007D57DE">
        <w:t xml:space="preserve"> (</w:t>
      </w:r>
      <w:proofErr w:type="spellStart"/>
      <w:r w:rsidR="007D57DE">
        <w:t>ligne</w:t>
      </w:r>
      <w:proofErr w:type="spellEnd"/>
      <w:r w:rsidR="007D57DE">
        <w:t xml:space="preserve"> à </w:t>
      </w:r>
      <w:proofErr w:type="spellStart"/>
      <w:r w:rsidR="007D57DE">
        <w:t>supprimer</w:t>
      </w:r>
      <w:proofErr w:type="spellEnd"/>
      <w:r w:rsidR="007D57DE">
        <w:t>)</w:t>
      </w:r>
    </w:p>
    <w:p w14:paraId="6E691D68" w14:textId="77777777" w:rsidR="00CD4C7C" w:rsidRDefault="00000000">
      <w:r>
        <w:t>[Nom du collectif ou association]</w:t>
      </w:r>
    </w:p>
    <w:p w14:paraId="519A1B3D" w14:textId="77777777" w:rsidR="00CD4C7C" w:rsidRDefault="00000000">
      <w:r>
        <w:t>[Adresse]</w:t>
      </w:r>
    </w:p>
    <w:p w14:paraId="2013C1C3" w14:textId="77777777" w:rsidR="00CD4C7C" w:rsidRDefault="00000000">
      <w:r>
        <w:t>[Date]</w:t>
      </w:r>
    </w:p>
    <w:p w14:paraId="30FD1E12" w14:textId="77777777" w:rsidR="00CD4C7C" w:rsidRDefault="00CD4C7C"/>
    <w:p w14:paraId="79777645" w14:textId="77777777" w:rsidR="00CD4C7C" w:rsidRDefault="00000000" w:rsidP="007D57DE">
      <w:pPr>
        <w:jc w:val="right"/>
      </w:pPr>
      <w:r>
        <w:t>Madame la Députée / Monsieur le Député,</w:t>
      </w:r>
    </w:p>
    <w:p w14:paraId="77013E2F" w14:textId="77777777" w:rsidR="00CD4C7C" w:rsidRDefault="00000000" w:rsidP="007D57DE">
      <w:pPr>
        <w:jc w:val="right"/>
      </w:pPr>
      <w:r>
        <w:t>Circonscription de [nom]</w:t>
      </w:r>
    </w:p>
    <w:p w14:paraId="05BB7A81" w14:textId="77777777" w:rsidR="00CD4C7C" w:rsidRDefault="00CD4C7C"/>
    <w:p w14:paraId="045749DC" w14:textId="77777777" w:rsidR="00CD4C7C" w:rsidRDefault="00000000">
      <w:r>
        <w:t>Objet : Demande d'information sur les politiques nationales de gestion des déchets</w:t>
      </w:r>
    </w:p>
    <w:p w14:paraId="23B929BB" w14:textId="77777777" w:rsidR="00CD4C7C" w:rsidRDefault="00CD4C7C"/>
    <w:p w14:paraId="1182B63D" w14:textId="77777777" w:rsidR="00CD4C7C" w:rsidRDefault="00000000">
      <w:r>
        <w:t>Madame la Députée / Monsieur le Député,</w:t>
      </w:r>
    </w:p>
    <w:p w14:paraId="5E960AB0" w14:textId="77777777" w:rsidR="00CD4C7C" w:rsidRDefault="00CD4C7C"/>
    <w:p w14:paraId="3D24FB8C" w14:textId="77777777" w:rsidR="00CD4C7C" w:rsidRDefault="00000000">
      <w:r>
        <w:t>Notre collectif souhaite attirer votre attention sur les difficultés rencontrées concernant la collecte des déchets. Certains aspects relèvent du cadre national.</w:t>
      </w:r>
    </w:p>
    <w:p w14:paraId="4ED2FC21" w14:textId="77777777" w:rsidR="00CD4C7C" w:rsidRDefault="00CD4C7C"/>
    <w:p w14:paraId="0F1F68C4" w14:textId="77777777" w:rsidR="00CD4C7C" w:rsidRDefault="00000000">
      <w:r>
        <w:t>Nous souhaiterions connaître votre position et les actions menées à l'Assemblée nationale.</w:t>
      </w:r>
    </w:p>
    <w:p w14:paraId="4302D476" w14:textId="77777777" w:rsidR="00CD4C7C" w:rsidRDefault="00CD4C7C"/>
    <w:p w14:paraId="5E9D819E" w14:textId="77777777" w:rsidR="00CD4C7C" w:rsidRDefault="00000000">
      <w:r>
        <w:t>Respectueusement,</w:t>
      </w:r>
    </w:p>
    <w:p w14:paraId="5B826091" w14:textId="77777777" w:rsidR="00CD4C7C" w:rsidRDefault="00CD4C7C"/>
    <w:p w14:paraId="56B47EDB" w14:textId="05253030" w:rsidR="00CD4C7C" w:rsidRDefault="00000000" w:rsidP="007D57DE">
      <w:pPr>
        <w:ind w:right="1410"/>
        <w:jc w:val="right"/>
      </w:pPr>
      <w:r>
        <w:t>[Signature]</w:t>
      </w:r>
    </w:p>
    <w:sectPr w:rsidR="00CD4C7C" w:rsidSect="007D57DE">
      <w:pgSz w:w="12240" w:h="15840"/>
      <w:pgMar w:top="851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D2C77D" w14:textId="77777777" w:rsidR="001C7ADF" w:rsidRDefault="001C7ADF">
      <w:pPr>
        <w:spacing w:after="0" w:line="240" w:lineRule="auto"/>
      </w:pPr>
      <w:r>
        <w:separator/>
      </w:r>
    </w:p>
  </w:endnote>
  <w:endnote w:type="continuationSeparator" w:id="0">
    <w:p w14:paraId="4591E0D5" w14:textId="77777777" w:rsidR="001C7ADF" w:rsidRDefault="001C7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45BDAA" w14:textId="77777777" w:rsidR="001C7ADF" w:rsidRDefault="001C7ADF">
      <w:pPr>
        <w:spacing w:after="0" w:line="240" w:lineRule="auto"/>
      </w:pPr>
      <w:r>
        <w:separator/>
      </w:r>
    </w:p>
  </w:footnote>
  <w:footnote w:type="continuationSeparator" w:id="0">
    <w:p w14:paraId="0CF863FA" w14:textId="77777777" w:rsidR="001C7ADF" w:rsidRDefault="001C7A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50700482">
    <w:abstractNumId w:val="8"/>
  </w:num>
  <w:num w:numId="2" w16cid:durableId="510728993">
    <w:abstractNumId w:val="6"/>
  </w:num>
  <w:num w:numId="3" w16cid:durableId="894245529">
    <w:abstractNumId w:val="5"/>
  </w:num>
  <w:num w:numId="4" w16cid:durableId="246965605">
    <w:abstractNumId w:val="4"/>
  </w:num>
  <w:num w:numId="5" w16cid:durableId="1975982292">
    <w:abstractNumId w:val="7"/>
  </w:num>
  <w:num w:numId="6" w16cid:durableId="1059472821">
    <w:abstractNumId w:val="3"/>
  </w:num>
  <w:num w:numId="7" w16cid:durableId="1172066404">
    <w:abstractNumId w:val="2"/>
  </w:num>
  <w:num w:numId="8" w16cid:durableId="1785154112">
    <w:abstractNumId w:val="1"/>
  </w:num>
  <w:num w:numId="9" w16cid:durableId="3149200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C7ADF"/>
    <w:rsid w:val="0029639D"/>
    <w:rsid w:val="00326F90"/>
    <w:rsid w:val="007D57DE"/>
    <w:rsid w:val="00AA1D8D"/>
    <w:rsid w:val="00B47730"/>
    <w:rsid w:val="00B8205D"/>
    <w:rsid w:val="00CB0664"/>
    <w:rsid w:val="00CD4C7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3B17D6"/>
  <w14:defaultImageDpi w14:val="300"/>
  <w15:docId w15:val="{E46A2E21-D6AC-4A67-A7D7-4FF45B01E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91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Photo Graphie</cp:lastModifiedBy>
  <cp:revision>2</cp:revision>
  <dcterms:created xsi:type="dcterms:W3CDTF">2025-11-13T07:31:00Z</dcterms:created>
  <dcterms:modified xsi:type="dcterms:W3CDTF">2025-11-13T07:31:00Z</dcterms:modified>
  <cp:category/>
</cp:coreProperties>
</file>