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AEC8" w14:textId="14DDA92E" w:rsidR="00C02FC1" w:rsidRDefault="00000000" w:rsidP="00BA4F0A">
      <w:pPr>
        <w:pStyle w:val="Titre1"/>
        <w:jc w:val="center"/>
      </w:pPr>
      <w:proofErr w:type="spellStart"/>
      <w:r>
        <w:t>Lettre</w:t>
      </w:r>
      <w:proofErr w:type="spellEnd"/>
      <w:r>
        <w:t xml:space="preserve"> au </w:t>
      </w:r>
      <w:proofErr w:type="spellStart"/>
      <w:r>
        <w:t>Député</w:t>
      </w:r>
      <w:proofErr w:type="spellEnd"/>
      <w:r>
        <w:t xml:space="preserve"> – Entrepreneur / Micro-entrepreneur</w:t>
      </w:r>
      <w:r w:rsidR="00BA4F0A">
        <w:t xml:space="preserve"> (</w:t>
      </w:r>
      <w:proofErr w:type="spellStart"/>
      <w:r w:rsidR="00BA4F0A">
        <w:t>ligne</w:t>
      </w:r>
      <w:proofErr w:type="spellEnd"/>
      <w:r w:rsidR="00BA4F0A">
        <w:t xml:space="preserve"> à </w:t>
      </w:r>
      <w:proofErr w:type="spellStart"/>
      <w:r w:rsidR="00BA4F0A">
        <w:t>supprimer</w:t>
      </w:r>
      <w:proofErr w:type="spellEnd"/>
      <w:r w:rsidR="00BA4F0A">
        <w:t>)</w:t>
      </w:r>
    </w:p>
    <w:p w14:paraId="2038DA44" w14:textId="77777777" w:rsidR="00C02FC1" w:rsidRDefault="00000000">
      <w:r>
        <w:t>[Prénom Nom]</w:t>
      </w:r>
    </w:p>
    <w:p w14:paraId="401A319A" w14:textId="77777777" w:rsidR="00C02FC1" w:rsidRDefault="00000000">
      <w:r>
        <w:t>Micro-entrepreneur / Profession</w:t>
      </w:r>
    </w:p>
    <w:p w14:paraId="47EDC50D" w14:textId="77777777" w:rsidR="00C02FC1" w:rsidRDefault="00000000">
      <w:r>
        <w:t>[Adresse]</w:t>
      </w:r>
    </w:p>
    <w:p w14:paraId="07AD50FA" w14:textId="77777777" w:rsidR="00C02FC1" w:rsidRDefault="00000000">
      <w:r>
        <w:t>[Date]</w:t>
      </w:r>
    </w:p>
    <w:p w14:paraId="1F0844B7" w14:textId="77777777" w:rsidR="00C02FC1" w:rsidRDefault="00C02FC1"/>
    <w:p w14:paraId="1B40D54F" w14:textId="77777777" w:rsidR="00C02FC1" w:rsidRDefault="00000000" w:rsidP="00BA4F0A">
      <w:pPr>
        <w:jc w:val="right"/>
      </w:pPr>
      <w:r>
        <w:t>Madame la Députée / Monsieur le Député,</w:t>
      </w:r>
    </w:p>
    <w:p w14:paraId="2143ED5A" w14:textId="77777777" w:rsidR="00C02FC1" w:rsidRDefault="00000000" w:rsidP="00BA4F0A">
      <w:pPr>
        <w:jc w:val="right"/>
      </w:pPr>
      <w:r>
        <w:t>Circonscription de [nom]</w:t>
      </w:r>
    </w:p>
    <w:p w14:paraId="45F54B45" w14:textId="77777777" w:rsidR="00C02FC1" w:rsidRDefault="00C02FC1"/>
    <w:p w14:paraId="6E556B08" w14:textId="77777777" w:rsidR="00C02FC1" w:rsidRDefault="00000000">
      <w:r>
        <w:t>Objet : Conséquences des politiques de gestion des déchets sur les petites entreprises</w:t>
      </w:r>
    </w:p>
    <w:p w14:paraId="5DF8115C" w14:textId="77777777" w:rsidR="00C02FC1" w:rsidRDefault="00C02FC1"/>
    <w:p w14:paraId="10BECF37" w14:textId="77777777" w:rsidR="00C02FC1" w:rsidRDefault="00000000">
      <w:r>
        <w:t>Madame la Députée / Monsieur le Député,</w:t>
      </w:r>
    </w:p>
    <w:p w14:paraId="03202DD4" w14:textId="77777777" w:rsidR="00C02FC1" w:rsidRDefault="00C02FC1"/>
    <w:p w14:paraId="048ABE04" w14:textId="77777777" w:rsidR="00C02FC1" w:rsidRDefault="00000000">
      <w:r>
        <w:t>En tant que micro-entrepreneur, je constate que les règles ou irrégularités locales de collecte affectent mon activité. Je souhaite connaître les actions envisagées pour soutenir les petites structures.</w:t>
      </w:r>
    </w:p>
    <w:p w14:paraId="59A84212" w14:textId="77777777" w:rsidR="00C02FC1" w:rsidRDefault="00C02FC1"/>
    <w:p w14:paraId="26FB9A3A" w14:textId="77777777" w:rsidR="00C02FC1" w:rsidRDefault="00000000">
      <w:r>
        <w:t>Je vous remercie pour votre attention.</w:t>
      </w:r>
    </w:p>
    <w:p w14:paraId="1D586AA1" w14:textId="77777777" w:rsidR="00C02FC1" w:rsidRDefault="00C02FC1"/>
    <w:p w14:paraId="63FF67DF" w14:textId="77777777" w:rsidR="00C02FC1" w:rsidRDefault="00000000">
      <w:r>
        <w:t>Veuillez agréer, Madame la Députée / Monsieur le Député, l'expression de ma considération distinguée.</w:t>
      </w:r>
    </w:p>
    <w:p w14:paraId="5840B77E" w14:textId="77777777" w:rsidR="00C02FC1" w:rsidRDefault="00C02FC1"/>
    <w:p w14:paraId="45CC42AD" w14:textId="77777777" w:rsidR="00C02FC1" w:rsidRDefault="00000000" w:rsidP="00BA4F0A">
      <w:pPr>
        <w:ind w:right="843"/>
        <w:jc w:val="right"/>
      </w:pPr>
      <w:r>
        <w:t>[Signature]</w:t>
      </w:r>
    </w:p>
    <w:p w14:paraId="11E8EF8B" w14:textId="62EA841B" w:rsidR="00C02FC1" w:rsidRDefault="00C02FC1"/>
    <w:sectPr w:rsidR="00C02FC1" w:rsidSect="00BA4F0A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A324" w14:textId="77777777" w:rsidR="00EB10F7" w:rsidRDefault="00EB10F7">
      <w:pPr>
        <w:spacing w:after="0" w:line="240" w:lineRule="auto"/>
      </w:pPr>
      <w:r>
        <w:separator/>
      </w:r>
    </w:p>
  </w:endnote>
  <w:endnote w:type="continuationSeparator" w:id="0">
    <w:p w14:paraId="16850538" w14:textId="77777777" w:rsidR="00EB10F7" w:rsidRDefault="00EB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38C2C" w14:textId="77777777" w:rsidR="00EB10F7" w:rsidRDefault="00EB10F7">
      <w:pPr>
        <w:spacing w:after="0" w:line="240" w:lineRule="auto"/>
      </w:pPr>
      <w:r>
        <w:separator/>
      </w:r>
    </w:p>
  </w:footnote>
  <w:footnote w:type="continuationSeparator" w:id="0">
    <w:p w14:paraId="7EB74A1D" w14:textId="77777777" w:rsidR="00EB10F7" w:rsidRDefault="00EB1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3424930">
    <w:abstractNumId w:val="8"/>
  </w:num>
  <w:num w:numId="2" w16cid:durableId="719596169">
    <w:abstractNumId w:val="6"/>
  </w:num>
  <w:num w:numId="3" w16cid:durableId="1921522299">
    <w:abstractNumId w:val="5"/>
  </w:num>
  <w:num w:numId="4" w16cid:durableId="2040618240">
    <w:abstractNumId w:val="4"/>
  </w:num>
  <w:num w:numId="5" w16cid:durableId="1319115412">
    <w:abstractNumId w:val="7"/>
  </w:num>
  <w:num w:numId="6" w16cid:durableId="987781992">
    <w:abstractNumId w:val="3"/>
  </w:num>
  <w:num w:numId="7" w16cid:durableId="79447770">
    <w:abstractNumId w:val="2"/>
  </w:num>
  <w:num w:numId="8" w16cid:durableId="1396927544">
    <w:abstractNumId w:val="1"/>
  </w:num>
  <w:num w:numId="9" w16cid:durableId="6626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8205D"/>
    <w:rsid w:val="00BA4F0A"/>
    <w:rsid w:val="00C02FC1"/>
    <w:rsid w:val="00CB0664"/>
    <w:rsid w:val="00EB1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ECF2D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2025-11-13T07:28:00Z</dcterms:created>
  <dcterms:modified xsi:type="dcterms:W3CDTF">2025-11-13T07:28:00Z</dcterms:modified>
  <cp:category/>
</cp:coreProperties>
</file>