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42734" w14:textId="43B554C8" w:rsidR="0044484B" w:rsidRDefault="00000000" w:rsidP="00823B95">
      <w:pPr>
        <w:pStyle w:val="Titre1"/>
        <w:jc w:val="center"/>
      </w:pPr>
      <w:proofErr w:type="spellStart"/>
      <w:r>
        <w:t>Lettre</w:t>
      </w:r>
      <w:proofErr w:type="spellEnd"/>
      <w:r>
        <w:t xml:space="preserve"> au </w:t>
      </w:r>
      <w:proofErr w:type="spellStart"/>
      <w:r>
        <w:t>Député</w:t>
      </w:r>
      <w:proofErr w:type="spellEnd"/>
      <w:r>
        <w:t xml:space="preserve"> – </w:t>
      </w:r>
      <w:proofErr w:type="spellStart"/>
      <w:r>
        <w:t>Professionnel</w:t>
      </w:r>
      <w:proofErr w:type="spellEnd"/>
      <w:r>
        <w:t xml:space="preserve"> / </w:t>
      </w:r>
      <w:proofErr w:type="spellStart"/>
      <w:r>
        <w:t>entreprise</w:t>
      </w:r>
      <w:proofErr w:type="spellEnd"/>
      <w:r w:rsidR="00823B95">
        <w:t xml:space="preserve"> (</w:t>
      </w:r>
      <w:proofErr w:type="spellStart"/>
      <w:r w:rsidR="00823B95">
        <w:t>ligne</w:t>
      </w:r>
      <w:proofErr w:type="spellEnd"/>
      <w:r w:rsidR="00823B95">
        <w:t xml:space="preserve"> à </w:t>
      </w:r>
      <w:proofErr w:type="spellStart"/>
      <w:r w:rsidR="00823B95">
        <w:t>supprimer</w:t>
      </w:r>
      <w:proofErr w:type="spellEnd"/>
      <w:r w:rsidR="00823B95">
        <w:t>)</w:t>
      </w:r>
    </w:p>
    <w:p w14:paraId="7BF0AFF5" w14:textId="77777777" w:rsidR="0044484B" w:rsidRDefault="00000000">
      <w:r>
        <w:t>[Nom de l’entreprise]</w:t>
      </w:r>
    </w:p>
    <w:p w14:paraId="5B9B4170" w14:textId="77777777" w:rsidR="0044484B" w:rsidRDefault="00000000">
      <w:r>
        <w:t>[Adresse]</w:t>
      </w:r>
    </w:p>
    <w:p w14:paraId="6E2A5434" w14:textId="77777777" w:rsidR="0044484B" w:rsidRDefault="00000000">
      <w:r>
        <w:t>[Date]</w:t>
      </w:r>
    </w:p>
    <w:p w14:paraId="68ED4C05" w14:textId="77777777" w:rsidR="0044484B" w:rsidRDefault="0044484B"/>
    <w:p w14:paraId="728A42D7" w14:textId="77777777" w:rsidR="0044484B" w:rsidRDefault="00000000" w:rsidP="00823B95">
      <w:pPr>
        <w:jc w:val="right"/>
      </w:pPr>
      <w:r>
        <w:t>Madame la Députée / Monsieur le Député,</w:t>
      </w:r>
    </w:p>
    <w:p w14:paraId="3D3328F1" w14:textId="77777777" w:rsidR="0044484B" w:rsidRDefault="00000000" w:rsidP="00823B95">
      <w:pPr>
        <w:jc w:val="right"/>
      </w:pPr>
      <w:r>
        <w:t>Circonscription de [nom]</w:t>
      </w:r>
    </w:p>
    <w:p w14:paraId="6EB682AF" w14:textId="77777777" w:rsidR="0044484B" w:rsidRDefault="0044484B"/>
    <w:p w14:paraId="6AC06B4F" w14:textId="77777777" w:rsidR="0044484B" w:rsidRDefault="00000000">
      <w:r>
        <w:t>Objet : Informations sur le cadre législatif lié aux déchets professionnels</w:t>
      </w:r>
    </w:p>
    <w:p w14:paraId="72E199BA" w14:textId="77777777" w:rsidR="0044484B" w:rsidRDefault="0044484B"/>
    <w:p w14:paraId="53D36137" w14:textId="77777777" w:rsidR="0044484B" w:rsidRDefault="00000000">
      <w:r>
        <w:t>Madame la Députée / Monsieur le Député,</w:t>
      </w:r>
    </w:p>
    <w:p w14:paraId="6F456381" w14:textId="77777777" w:rsidR="0044484B" w:rsidRDefault="0044484B"/>
    <w:p w14:paraId="5407349D" w14:textId="77777777" w:rsidR="0044484B" w:rsidRDefault="00000000">
      <w:r>
        <w:t>Nous souhaitons obtenir des informations sur les règles nationales concernant la collecte des déchets professionnels, les différences territoriales créant une incertitude pour notre organisation.</w:t>
      </w:r>
    </w:p>
    <w:p w14:paraId="337A427A" w14:textId="77777777" w:rsidR="0044484B" w:rsidRDefault="0044484B"/>
    <w:p w14:paraId="74551B2F" w14:textId="77777777" w:rsidR="0044484B" w:rsidRDefault="00000000">
      <w:r>
        <w:t>Nous vous remercions de nous indiquer les orientations à venir.</w:t>
      </w:r>
    </w:p>
    <w:p w14:paraId="0000C440" w14:textId="77777777" w:rsidR="0044484B" w:rsidRDefault="0044484B"/>
    <w:p w14:paraId="38758D90" w14:textId="77777777" w:rsidR="0044484B" w:rsidRDefault="00000000">
      <w:r>
        <w:t>Respectueusement,</w:t>
      </w:r>
    </w:p>
    <w:p w14:paraId="10C49DA4" w14:textId="77777777" w:rsidR="0044484B" w:rsidRDefault="0044484B"/>
    <w:p w14:paraId="61E0530D" w14:textId="77777777" w:rsidR="0044484B" w:rsidRDefault="00000000" w:rsidP="00823B95">
      <w:pPr>
        <w:jc w:val="right"/>
      </w:pPr>
      <w:r>
        <w:t>[Signature]</w:t>
      </w:r>
    </w:p>
    <w:p w14:paraId="4F44F1F4" w14:textId="4C38751E" w:rsidR="0044484B" w:rsidRDefault="0044484B"/>
    <w:sectPr w:rsidR="0044484B" w:rsidSect="00823B95">
      <w:pgSz w:w="12240" w:h="15840"/>
      <w:pgMar w:top="851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B1C05" w14:textId="77777777" w:rsidR="007231D2" w:rsidRDefault="007231D2">
      <w:pPr>
        <w:spacing w:after="0" w:line="240" w:lineRule="auto"/>
      </w:pPr>
      <w:r>
        <w:separator/>
      </w:r>
    </w:p>
  </w:endnote>
  <w:endnote w:type="continuationSeparator" w:id="0">
    <w:p w14:paraId="4A26CCEA" w14:textId="77777777" w:rsidR="007231D2" w:rsidRDefault="00723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49068" w14:textId="77777777" w:rsidR="007231D2" w:rsidRDefault="007231D2">
      <w:pPr>
        <w:spacing w:after="0" w:line="240" w:lineRule="auto"/>
      </w:pPr>
      <w:r>
        <w:separator/>
      </w:r>
    </w:p>
  </w:footnote>
  <w:footnote w:type="continuationSeparator" w:id="0">
    <w:p w14:paraId="7E2A1F61" w14:textId="77777777" w:rsidR="007231D2" w:rsidRDefault="00723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8813888">
    <w:abstractNumId w:val="8"/>
  </w:num>
  <w:num w:numId="2" w16cid:durableId="38163754">
    <w:abstractNumId w:val="6"/>
  </w:num>
  <w:num w:numId="3" w16cid:durableId="2089692410">
    <w:abstractNumId w:val="5"/>
  </w:num>
  <w:num w:numId="4" w16cid:durableId="751436918">
    <w:abstractNumId w:val="4"/>
  </w:num>
  <w:num w:numId="5" w16cid:durableId="2016833358">
    <w:abstractNumId w:val="7"/>
  </w:num>
  <w:num w:numId="6" w16cid:durableId="1295214301">
    <w:abstractNumId w:val="3"/>
  </w:num>
  <w:num w:numId="7" w16cid:durableId="838272943">
    <w:abstractNumId w:val="2"/>
  </w:num>
  <w:num w:numId="8" w16cid:durableId="1157039861">
    <w:abstractNumId w:val="1"/>
  </w:num>
  <w:num w:numId="9" w16cid:durableId="753359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484B"/>
    <w:rsid w:val="007231D2"/>
    <w:rsid w:val="00823B95"/>
    <w:rsid w:val="00AA1D8D"/>
    <w:rsid w:val="00B47730"/>
    <w:rsid w:val="00B8205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39EF21"/>
  <w14:defaultImageDpi w14:val="300"/>
  <w15:docId w15:val="{E46A2E21-D6AC-4A67-A7D7-4FF45B01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Photo Graphie</cp:lastModifiedBy>
  <cp:revision>2</cp:revision>
  <dcterms:created xsi:type="dcterms:W3CDTF">2025-11-13T07:29:00Z</dcterms:created>
  <dcterms:modified xsi:type="dcterms:W3CDTF">2025-11-13T07:29:00Z</dcterms:modified>
  <cp:category/>
</cp:coreProperties>
</file>