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E4555" w14:textId="411AD92E" w:rsidR="006020EF" w:rsidRDefault="00000000" w:rsidP="00530766">
      <w:pPr>
        <w:pStyle w:val="Titre1"/>
        <w:jc w:val="center"/>
      </w:pPr>
      <w:proofErr w:type="spellStart"/>
      <w:r>
        <w:t>Lettre</w:t>
      </w:r>
      <w:proofErr w:type="spellEnd"/>
      <w:r>
        <w:t xml:space="preserve"> au Maire – Collectif de </w:t>
      </w:r>
      <w:proofErr w:type="spellStart"/>
      <w:r>
        <w:t>citoyens</w:t>
      </w:r>
      <w:proofErr w:type="spellEnd"/>
      <w:r>
        <w:t xml:space="preserve"> / association</w:t>
      </w:r>
      <w:r w:rsidR="00530766">
        <w:t xml:space="preserve"> (</w:t>
      </w:r>
      <w:proofErr w:type="spellStart"/>
      <w:r w:rsidR="00530766">
        <w:t>ligne</w:t>
      </w:r>
      <w:proofErr w:type="spellEnd"/>
      <w:r w:rsidR="00530766">
        <w:t xml:space="preserve"> a </w:t>
      </w:r>
      <w:proofErr w:type="spellStart"/>
      <w:r w:rsidR="00530766">
        <w:t>supprimer</w:t>
      </w:r>
      <w:proofErr w:type="spellEnd"/>
      <w:r w:rsidR="00530766">
        <w:t>)</w:t>
      </w:r>
    </w:p>
    <w:p w14:paraId="5006A399" w14:textId="77777777" w:rsidR="006020EF" w:rsidRDefault="00000000">
      <w:r>
        <w:t>[Nom du collectif / association]</w:t>
      </w:r>
    </w:p>
    <w:p w14:paraId="29BEF6A1" w14:textId="77777777" w:rsidR="006020EF" w:rsidRDefault="00000000">
      <w:r>
        <w:t>[Adresse de contact]</w:t>
      </w:r>
    </w:p>
    <w:p w14:paraId="1E08545C" w14:textId="77777777" w:rsidR="006020EF" w:rsidRDefault="00000000">
      <w:r>
        <w:t>[Date]</w:t>
      </w:r>
    </w:p>
    <w:p w14:paraId="4099070B" w14:textId="77777777" w:rsidR="006020EF" w:rsidRDefault="006020EF"/>
    <w:p w14:paraId="49AFFE9F" w14:textId="77777777" w:rsidR="006020EF" w:rsidRDefault="00000000" w:rsidP="00530766">
      <w:pPr>
        <w:jc w:val="right"/>
      </w:pPr>
      <w:r>
        <w:t>Madame / Monsieur le Maire,</w:t>
      </w:r>
    </w:p>
    <w:p w14:paraId="7FC7FA7E" w14:textId="77777777" w:rsidR="006020EF" w:rsidRDefault="00000000" w:rsidP="00530766">
      <w:pPr>
        <w:jc w:val="right"/>
      </w:pPr>
      <w:r>
        <w:t>[Nom de la commune]</w:t>
      </w:r>
    </w:p>
    <w:p w14:paraId="35E1A0B8" w14:textId="77777777" w:rsidR="006020EF" w:rsidRDefault="006020EF"/>
    <w:p w14:paraId="2BDF90E1" w14:textId="77777777" w:rsidR="006020EF" w:rsidRDefault="00000000">
      <w:r>
        <w:t>Objet : Demande de concertation citoyenne sur la gestion des déchets</w:t>
      </w:r>
    </w:p>
    <w:p w14:paraId="3AC5E001" w14:textId="77777777" w:rsidR="006020EF" w:rsidRDefault="006020EF"/>
    <w:p w14:paraId="542F5F27" w14:textId="77777777" w:rsidR="006020EF" w:rsidRDefault="00000000">
      <w:r>
        <w:t>Madame / Monsieur le Maire,</w:t>
      </w:r>
    </w:p>
    <w:p w14:paraId="38623E60" w14:textId="77777777" w:rsidR="006020EF" w:rsidRDefault="006020EF"/>
    <w:p w14:paraId="2BFFAF3C" w14:textId="77777777" w:rsidR="006020EF" w:rsidRDefault="00000000">
      <w:r>
        <w:t>Notre collectif souhaite vous faire part de préoccupations récurrentes concernant la collecte des déchets dans plusieurs quartiers. Les habitants signalent des irrégularités et un manque d'information.</w:t>
      </w:r>
    </w:p>
    <w:p w14:paraId="0AF259C8" w14:textId="77777777" w:rsidR="006020EF" w:rsidRDefault="006020EF"/>
    <w:p w14:paraId="0E6AFDFD" w14:textId="77777777" w:rsidR="006020EF" w:rsidRDefault="00000000">
      <w:r>
        <w:t>Nous souhaiterions proposer une rencontre afin d'échanger sur la situation et envisager des solutions communes.</w:t>
      </w:r>
    </w:p>
    <w:p w14:paraId="399E8C75" w14:textId="77777777" w:rsidR="006020EF" w:rsidRDefault="006020EF"/>
    <w:p w14:paraId="127F2B2A" w14:textId="77777777" w:rsidR="006020EF" w:rsidRDefault="00000000">
      <w:r>
        <w:t>Respectueusement,</w:t>
      </w:r>
    </w:p>
    <w:p w14:paraId="33A7A8C0" w14:textId="77777777" w:rsidR="006020EF" w:rsidRDefault="006020EF"/>
    <w:p w14:paraId="420193F5" w14:textId="77777777" w:rsidR="006020EF" w:rsidRDefault="00000000" w:rsidP="00530766">
      <w:pPr>
        <w:ind w:right="1269"/>
        <w:jc w:val="right"/>
      </w:pPr>
      <w:r>
        <w:t>[Signature]</w:t>
      </w:r>
    </w:p>
    <w:p w14:paraId="5195FF69" w14:textId="77777777" w:rsidR="006020EF" w:rsidRDefault="006020EF"/>
    <w:p w14:paraId="02743E15" w14:textId="77777777" w:rsidR="006020EF" w:rsidRDefault="00000000">
      <w:r>
        <w:br w:type="page"/>
      </w:r>
    </w:p>
    <w:p w14:paraId="407E646D" w14:textId="77777777" w:rsidR="006020EF" w:rsidRDefault="00000000">
      <w:pPr>
        <w:pStyle w:val="Titre1"/>
      </w:pPr>
      <w:r>
        <w:lastRenderedPageBreak/>
        <w:t>Lettre au Député – Citoyen</w:t>
      </w:r>
    </w:p>
    <w:p w14:paraId="4BDF774D" w14:textId="77777777" w:rsidR="006020EF" w:rsidRDefault="00000000">
      <w:r>
        <w:t>[Prénom Nom]</w:t>
      </w:r>
    </w:p>
    <w:p w14:paraId="56F09D50" w14:textId="77777777" w:rsidR="006020EF" w:rsidRDefault="00000000">
      <w:r>
        <w:t>[Adresse]</w:t>
      </w:r>
    </w:p>
    <w:p w14:paraId="67CFE5D2" w14:textId="77777777" w:rsidR="006020EF" w:rsidRDefault="00000000">
      <w:r>
        <w:t>[Date]</w:t>
      </w:r>
    </w:p>
    <w:p w14:paraId="2DB08860" w14:textId="77777777" w:rsidR="006020EF" w:rsidRDefault="006020EF"/>
    <w:p w14:paraId="686C919B" w14:textId="77777777" w:rsidR="006020EF" w:rsidRDefault="00000000">
      <w:r>
        <w:t>Madame la Députée / Monsieur le Député,</w:t>
      </w:r>
    </w:p>
    <w:p w14:paraId="281AD322" w14:textId="77777777" w:rsidR="006020EF" w:rsidRDefault="00000000">
      <w:r>
        <w:t>Circonscription de [nom]</w:t>
      </w:r>
    </w:p>
    <w:p w14:paraId="28228171" w14:textId="77777777" w:rsidR="006020EF" w:rsidRDefault="006020EF"/>
    <w:p w14:paraId="4ECC8778" w14:textId="77777777" w:rsidR="006020EF" w:rsidRDefault="00000000">
      <w:r>
        <w:t>Objet : Interrogation sur les politiques nationales de gestion des déchets</w:t>
      </w:r>
    </w:p>
    <w:p w14:paraId="1775E202" w14:textId="77777777" w:rsidR="006020EF" w:rsidRDefault="006020EF"/>
    <w:p w14:paraId="206C3148" w14:textId="77777777" w:rsidR="006020EF" w:rsidRDefault="00000000">
      <w:r>
        <w:t>Madame la Députée / Monsieur le Député,</w:t>
      </w:r>
    </w:p>
    <w:p w14:paraId="71AB66BA" w14:textId="77777777" w:rsidR="006020EF" w:rsidRDefault="006020EF"/>
    <w:p w14:paraId="5790EA06" w14:textId="77777777" w:rsidR="006020EF" w:rsidRDefault="00000000">
      <w:r>
        <w:t>Je souhaite attirer votre attention sur des difficultés rencontrées localement concernant la collecte des déchets. Certains aspects pourraient relever du cadre législatif national.</w:t>
      </w:r>
    </w:p>
    <w:p w14:paraId="6D6EDD24" w14:textId="77777777" w:rsidR="006020EF" w:rsidRDefault="006020EF"/>
    <w:p w14:paraId="51269CAC" w14:textId="77777777" w:rsidR="006020EF" w:rsidRDefault="00000000">
      <w:r>
        <w:t>Je sollicite votre avis sur les mesures prévues pour garantir un service équitable sur le territoire.</w:t>
      </w:r>
    </w:p>
    <w:p w14:paraId="51555038" w14:textId="77777777" w:rsidR="006020EF" w:rsidRDefault="006020EF"/>
    <w:p w14:paraId="50F35719" w14:textId="77777777" w:rsidR="006020EF" w:rsidRDefault="00000000">
      <w:r>
        <w:t>Veuillez croire, Madame la Députée / Monsieur le Député, en ma considération distinguée.</w:t>
      </w:r>
    </w:p>
    <w:p w14:paraId="2261435C" w14:textId="77777777" w:rsidR="006020EF" w:rsidRDefault="006020EF"/>
    <w:p w14:paraId="0861DBC5" w14:textId="77777777" w:rsidR="006020EF" w:rsidRDefault="00000000">
      <w:r>
        <w:t>[Signature]</w:t>
      </w:r>
    </w:p>
    <w:p w14:paraId="2D38C2A6" w14:textId="77777777" w:rsidR="006020EF" w:rsidRDefault="006020EF"/>
    <w:p w14:paraId="759028FA" w14:textId="77777777" w:rsidR="006020EF" w:rsidRDefault="00000000">
      <w:r>
        <w:br w:type="page"/>
      </w:r>
    </w:p>
    <w:p w14:paraId="3680F462" w14:textId="77777777" w:rsidR="006020EF" w:rsidRDefault="00000000">
      <w:pPr>
        <w:pStyle w:val="Titre1"/>
      </w:pPr>
      <w:r>
        <w:lastRenderedPageBreak/>
        <w:t>Lettre au Député – Entrepreneur / Micro-entrepreneur</w:t>
      </w:r>
    </w:p>
    <w:p w14:paraId="0C2C2D4B" w14:textId="77777777" w:rsidR="006020EF" w:rsidRDefault="00000000">
      <w:r>
        <w:t>[Prénom Nom]</w:t>
      </w:r>
    </w:p>
    <w:p w14:paraId="15D259FC" w14:textId="77777777" w:rsidR="006020EF" w:rsidRDefault="00000000">
      <w:r>
        <w:t>Micro-entrepreneur / Profession</w:t>
      </w:r>
    </w:p>
    <w:p w14:paraId="41D2D3D1" w14:textId="77777777" w:rsidR="006020EF" w:rsidRDefault="00000000">
      <w:r>
        <w:t>[Adresse]</w:t>
      </w:r>
    </w:p>
    <w:p w14:paraId="5014C667" w14:textId="77777777" w:rsidR="006020EF" w:rsidRDefault="00000000">
      <w:r>
        <w:t>[Date]</w:t>
      </w:r>
    </w:p>
    <w:p w14:paraId="480C3037" w14:textId="77777777" w:rsidR="006020EF" w:rsidRDefault="006020EF"/>
    <w:p w14:paraId="16A27CCF" w14:textId="77777777" w:rsidR="006020EF" w:rsidRDefault="00000000">
      <w:r>
        <w:t>Madame la Députée / Monsieur le Député,</w:t>
      </w:r>
    </w:p>
    <w:p w14:paraId="729AC7F8" w14:textId="77777777" w:rsidR="006020EF" w:rsidRDefault="00000000">
      <w:r>
        <w:t>Circonscription de [nom]</w:t>
      </w:r>
    </w:p>
    <w:p w14:paraId="36F66CD4" w14:textId="77777777" w:rsidR="006020EF" w:rsidRDefault="006020EF"/>
    <w:p w14:paraId="26B9E50C" w14:textId="77777777" w:rsidR="006020EF" w:rsidRDefault="00000000">
      <w:r>
        <w:t>Objet : Conséquences des politiques de gestion des déchets sur les petites entreprises</w:t>
      </w:r>
    </w:p>
    <w:p w14:paraId="4494C3A4" w14:textId="77777777" w:rsidR="006020EF" w:rsidRDefault="006020EF"/>
    <w:p w14:paraId="1A2252F5" w14:textId="77777777" w:rsidR="006020EF" w:rsidRDefault="00000000">
      <w:r>
        <w:t>Madame la Députée / Monsieur le Député,</w:t>
      </w:r>
    </w:p>
    <w:p w14:paraId="31D53574" w14:textId="77777777" w:rsidR="006020EF" w:rsidRDefault="006020EF"/>
    <w:p w14:paraId="5B7082AC" w14:textId="77777777" w:rsidR="006020EF" w:rsidRDefault="00000000">
      <w:r>
        <w:t>En tant que micro-entrepreneur, je constate que les règles ou irrégularités locales de collecte affectent mon activité. Je souhaite connaître les actions envisagées pour soutenir les petites structures.</w:t>
      </w:r>
    </w:p>
    <w:p w14:paraId="0651F108" w14:textId="77777777" w:rsidR="006020EF" w:rsidRDefault="006020EF"/>
    <w:p w14:paraId="10986CA4" w14:textId="77777777" w:rsidR="006020EF" w:rsidRDefault="00000000">
      <w:r>
        <w:t>Je vous remercie pour votre attention.</w:t>
      </w:r>
    </w:p>
    <w:p w14:paraId="428C93EA" w14:textId="77777777" w:rsidR="006020EF" w:rsidRDefault="006020EF"/>
    <w:p w14:paraId="261344A9" w14:textId="77777777" w:rsidR="006020EF" w:rsidRDefault="00000000">
      <w:r>
        <w:t>Veuillez agréer, Madame la Députée / Monsieur le Député, l'expression de ma considération distinguée.</w:t>
      </w:r>
    </w:p>
    <w:p w14:paraId="4C3DDA44" w14:textId="77777777" w:rsidR="006020EF" w:rsidRDefault="006020EF"/>
    <w:p w14:paraId="7BEB387E" w14:textId="77777777" w:rsidR="006020EF" w:rsidRDefault="00000000">
      <w:r>
        <w:t>[Signature]</w:t>
      </w:r>
    </w:p>
    <w:p w14:paraId="09E33928" w14:textId="77777777" w:rsidR="006020EF" w:rsidRDefault="006020EF"/>
    <w:p w14:paraId="6D145EEA" w14:textId="77777777" w:rsidR="006020EF" w:rsidRDefault="00000000">
      <w:r>
        <w:br w:type="page"/>
      </w:r>
    </w:p>
    <w:p w14:paraId="418A175E" w14:textId="77777777" w:rsidR="006020EF" w:rsidRDefault="00000000">
      <w:pPr>
        <w:pStyle w:val="Titre1"/>
      </w:pPr>
      <w:r>
        <w:lastRenderedPageBreak/>
        <w:t>Lettre au Député – Professionnel / entreprise</w:t>
      </w:r>
    </w:p>
    <w:p w14:paraId="69AF3B66" w14:textId="77777777" w:rsidR="006020EF" w:rsidRDefault="00000000">
      <w:r>
        <w:t>[Nom de l’entreprise]</w:t>
      </w:r>
    </w:p>
    <w:p w14:paraId="0286B87C" w14:textId="77777777" w:rsidR="006020EF" w:rsidRDefault="00000000">
      <w:r>
        <w:t>[Adresse]</w:t>
      </w:r>
    </w:p>
    <w:p w14:paraId="05602D44" w14:textId="77777777" w:rsidR="006020EF" w:rsidRDefault="00000000">
      <w:r>
        <w:t>[Date]</w:t>
      </w:r>
    </w:p>
    <w:p w14:paraId="55B5305E" w14:textId="77777777" w:rsidR="006020EF" w:rsidRDefault="006020EF"/>
    <w:p w14:paraId="230D6C7E" w14:textId="77777777" w:rsidR="006020EF" w:rsidRDefault="00000000">
      <w:r>
        <w:t>Madame la Députée / Monsieur le Député,</w:t>
      </w:r>
    </w:p>
    <w:p w14:paraId="5507ECF9" w14:textId="77777777" w:rsidR="006020EF" w:rsidRDefault="00000000">
      <w:r>
        <w:t>Circonscription de [nom]</w:t>
      </w:r>
    </w:p>
    <w:p w14:paraId="2C1AE613" w14:textId="77777777" w:rsidR="006020EF" w:rsidRDefault="006020EF"/>
    <w:p w14:paraId="1EF923AC" w14:textId="77777777" w:rsidR="006020EF" w:rsidRDefault="00000000">
      <w:r>
        <w:t>Objet : Informations sur le cadre législatif lié aux déchets professionnels</w:t>
      </w:r>
    </w:p>
    <w:p w14:paraId="56DA3CDF" w14:textId="77777777" w:rsidR="006020EF" w:rsidRDefault="006020EF"/>
    <w:p w14:paraId="0D5E2A7B" w14:textId="77777777" w:rsidR="006020EF" w:rsidRDefault="00000000">
      <w:r>
        <w:t>Madame la Députée / Monsieur le Député,</w:t>
      </w:r>
    </w:p>
    <w:p w14:paraId="709060A3" w14:textId="77777777" w:rsidR="006020EF" w:rsidRDefault="006020EF"/>
    <w:p w14:paraId="6DD830A4" w14:textId="77777777" w:rsidR="006020EF" w:rsidRDefault="00000000">
      <w:r>
        <w:t>Nous souhaitons obtenir des informations sur les règles nationales concernant la collecte des déchets professionnels, les différences territoriales créant une incertitude pour notre organisation.</w:t>
      </w:r>
    </w:p>
    <w:p w14:paraId="19CF0548" w14:textId="77777777" w:rsidR="006020EF" w:rsidRDefault="006020EF"/>
    <w:p w14:paraId="360A5ED1" w14:textId="77777777" w:rsidR="006020EF" w:rsidRDefault="00000000">
      <w:r>
        <w:t>Nous vous remercions de nous indiquer les orientations à venir.</w:t>
      </w:r>
    </w:p>
    <w:p w14:paraId="46E45297" w14:textId="77777777" w:rsidR="006020EF" w:rsidRDefault="006020EF"/>
    <w:p w14:paraId="40413C74" w14:textId="77777777" w:rsidR="006020EF" w:rsidRDefault="00000000">
      <w:r>
        <w:t>Respectueusement,</w:t>
      </w:r>
    </w:p>
    <w:p w14:paraId="21B90090" w14:textId="77777777" w:rsidR="006020EF" w:rsidRDefault="006020EF"/>
    <w:p w14:paraId="515766A8" w14:textId="77777777" w:rsidR="006020EF" w:rsidRDefault="00000000">
      <w:r>
        <w:t>[Signature]</w:t>
      </w:r>
    </w:p>
    <w:p w14:paraId="210A2CC6" w14:textId="77777777" w:rsidR="006020EF" w:rsidRDefault="006020EF"/>
    <w:p w14:paraId="1E64776E" w14:textId="77777777" w:rsidR="006020EF" w:rsidRDefault="00000000">
      <w:r>
        <w:br w:type="page"/>
      </w:r>
    </w:p>
    <w:p w14:paraId="0F468617" w14:textId="77777777" w:rsidR="006020EF" w:rsidRDefault="00000000">
      <w:pPr>
        <w:pStyle w:val="Titre1"/>
      </w:pPr>
      <w:r>
        <w:lastRenderedPageBreak/>
        <w:t>Lettre au Député – Collectif / association</w:t>
      </w:r>
    </w:p>
    <w:p w14:paraId="1F92CCA4" w14:textId="77777777" w:rsidR="006020EF" w:rsidRDefault="00000000">
      <w:r>
        <w:t>[Nom du collectif ou association]</w:t>
      </w:r>
    </w:p>
    <w:p w14:paraId="5DC17077" w14:textId="77777777" w:rsidR="006020EF" w:rsidRDefault="00000000">
      <w:r>
        <w:t>[Adresse]</w:t>
      </w:r>
    </w:p>
    <w:p w14:paraId="61046A9B" w14:textId="77777777" w:rsidR="006020EF" w:rsidRDefault="00000000">
      <w:r>
        <w:t>[Date]</w:t>
      </w:r>
    </w:p>
    <w:p w14:paraId="017AB34D" w14:textId="77777777" w:rsidR="006020EF" w:rsidRDefault="006020EF"/>
    <w:p w14:paraId="5B3D2F2B" w14:textId="77777777" w:rsidR="006020EF" w:rsidRDefault="00000000">
      <w:r>
        <w:t>Madame la Députée / Monsieur le Député,</w:t>
      </w:r>
    </w:p>
    <w:p w14:paraId="5547662E" w14:textId="77777777" w:rsidR="006020EF" w:rsidRDefault="00000000">
      <w:r>
        <w:t>Circonscription de [nom]</w:t>
      </w:r>
    </w:p>
    <w:p w14:paraId="2F27C4AF" w14:textId="77777777" w:rsidR="006020EF" w:rsidRDefault="006020EF"/>
    <w:p w14:paraId="23B13C7A" w14:textId="77777777" w:rsidR="006020EF" w:rsidRDefault="00000000">
      <w:r>
        <w:t>Objet : Demande d'information sur les politiques nationales de gestion des déchets</w:t>
      </w:r>
    </w:p>
    <w:p w14:paraId="6169D20F" w14:textId="77777777" w:rsidR="006020EF" w:rsidRDefault="006020EF"/>
    <w:p w14:paraId="33AC7D11" w14:textId="77777777" w:rsidR="006020EF" w:rsidRDefault="00000000">
      <w:r>
        <w:t>Madame la Députée / Monsieur le Député,</w:t>
      </w:r>
    </w:p>
    <w:p w14:paraId="7B46B310" w14:textId="77777777" w:rsidR="006020EF" w:rsidRDefault="006020EF"/>
    <w:p w14:paraId="62506E5D" w14:textId="77777777" w:rsidR="006020EF" w:rsidRDefault="00000000">
      <w:r>
        <w:t>Notre collectif souhaite attirer votre attention sur les difficultés rencontrées concernant la collecte des déchets. Certains aspects relèvent du cadre national.</w:t>
      </w:r>
    </w:p>
    <w:p w14:paraId="42A6C1DF" w14:textId="77777777" w:rsidR="006020EF" w:rsidRDefault="006020EF"/>
    <w:p w14:paraId="12686AEC" w14:textId="77777777" w:rsidR="006020EF" w:rsidRDefault="00000000">
      <w:r>
        <w:t>Nous souhaiterions connaître votre position et les actions menées à l'Assemblée nationale.</w:t>
      </w:r>
    </w:p>
    <w:p w14:paraId="4ADA8A38" w14:textId="77777777" w:rsidR="006020EF" w:rsidRDefault="006020EF"/>
    <w:p w14:paraId="3CF55FCF" w14:textId="77777777" w:rsidR="006020EF" w:rsidRDefault="00000000">
      <w:r>
        <w:t>Respectueusement,</w:t>
      </w:r>
    </w:p>
    <w:p w14:paraId="2C695D65" w14:textId="77777777" w:rsidR="006020EF" w:rsidRDefault="006020EF"/>
    <w:p w14:paraId="6130B352" w14:textId="77777777" w:rsidR="006020EF" w:rsidRDefault="00000000">
      <w:r>
        <w:t>[Signature]</w:t>
      </w:r>
    </w:p>
    <w:p w14:paraId="245C4382" w14:textId="77777777" w:rsidR="006020EF" w:rsidRDefault="006020EF"/>
    <w:p w14:paraId="0296893A" w14:textId="77777777" w:rsidR="006020EF" w:rsidRDefault="00000000">
      <w:r>
        <w:br w:type="page"/>
      </w:r>
    </w:p>
    <w:sectPr w:rsidR="006020EF" w:rsidSect="00530766">
      <w:pgSz w:w="12240" w:h="15840"/>
      <w:pgMar w:top="709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58C1BD" w14:textId="77777777" w:rsidR="000E42DF" w:rsidRDefault="000E42DF">
      <w:pPr>
        <w:spacing w:after="0" w:line="240" w:lineRule="auto"/>
      </w:pPr>
      <w:r>
        <w:separator/>
      </w:r>
    </w:p>
  </w:endnote>
  <w:endnote w:type="continuationSeparator" w:id="0">
    <w:p w14:paraId="09EEB7FC" w14:textId="77777777" w:rsidR="000E42DF" w:rsidRDefault="000E42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F8AED" w14:textId="77777777" w:rsidR="000E42DF" w:rsidRDefault="000E42DF">
      <w:pPr>
        <w:spacing w:after="0" w:line="240" w:lineRule="auto"/>
      </w:pPr>
      <w:r>
        <w:separator/>
      </w:r>
    </w:p>
  </w:footnote>
  <w:footnote w:type="continuationSeparator" w:id="0">
    <w:p w14:paraId="469BBC28" w14:textId="77777777" w:rsidR="000E42DF" w:rsidRDefault="000E42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3224154">
    <w:abstractNumId w:val="8"/>
  </w:num>
  <w:num w:numId="2" w16cid:durableId="1393500227">
    <w:abstractNumId w:val="6"/>
  </w:num>
  <w:num w:numId="3" w16cid:durableId="1875775278">
    <w:abstractNumId w:val="5"/>
  </w:num>
  <w:num w:numId="4" w16cid:durableId="2142845989">
    <w:abstractNumId w:val="4"/>
  </w:num>
  <w:num w:numId="5" w16cid:durableId="2070029448">
    <w:abstractNumId w:val="7"/>
  </w:num>
  <w:num w:numId="6" w16cid:durableId="314727791">
    <w:abstractNumId w:val="3"/>
  </w:num>
  <w:num w:numId="7" w16cid:durableId="2022508871">
    <w:abstractNumId w:val="2"/>
  </w:num>
  <w:num w:numId="8" w16cid:durableId="1465077452">
    <w:abstractNumId w:val="1"/>
  </w:num>
  <w:num w:numId="9" w16cid:durableId="1848330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E42DF"/>
    <w:rsid w:val="0015074B"/>
    <w:rsid w:val="0029639D"/>
    <w:rsid w:val="00326F90"/>
    <w:rsid w:val="00530766"/>
    <w:rsid w:val="006020EF"/>
    <w:rsid w:val="00AA1D8D"/>
    <w:rsid w:val="00B47730"/>
    <w:rsid w:val="00B8205D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406317"/>
  <w14:defaultImageDpi w14:val="300"/>
  <w15:docId w15:val="{E46A2E21-D6AC-4A67-A7D7-4FF45B01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473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Photo Graphie</cp:lastModifiedBy>
  <cp:revision>2</cp:revision>
  <dcterms:created xsi:type="dcterms:W3CDTF">2025-11-13T07:24:00Z</dcterms:created>
  <dcterms:modified xsi:type="dcterms:W3CDTF">2025-11-13T07:24:00Z</dcterms:modified>
  <cp:category/>
</cp:coreProperties>
</file>