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B9675" w14:textId="4D7D72AA" w:rsidR="00610B2A" w:rsidRDefault="00000000" w:rsidP="00270C4C">
      <w:pPr>
        <w:pStyle w:val="Titre1"/>
        <w:jc w:val="center"/>
      </w:pPr>
      <w:proofErr w:type="spellStart"/>
      <w:r>
        <w:t>Lettre</w:t>
      </w:r>
      <w:proofErr w:type="spellEnd"/>
      <w:r>
        <w:t xml:space="preserve"> au Maire – Entrepreneur / Micro-entrepreneur</w:t>
      </w:r>
      <w:r w:rsidR="00270C4C">
        <w:t xml:space="preserve"> (</w:t>
      </w:r>
      <w:proofErr w:type="spellStart"/>
      <w:r w:rsidR="00270C4C">
        <w:t>ligne</w:t>
      </w:r>
      <w:proofErr w:type="spellEnd"/>
      <w:r w:rsidR="00270C4C">
        <w:t xml:space="preserve"> a </w:t>
      </w:r>
      <w:proofErr w:type="spellStart"/>
      <w:r w:rsidR="00270C4C">
        <w:t>supprimer</w:t>
      </w:r>
      <w:proofErr w:type="spellEnd"/>
      <w:r w:rsidR="00270C4C">
        <w:t>)</w:t>
      </w:r>
    </w:p>
    <w:p w14:paraId="0F37DCC0" w14:textId="77777777" w:rsidR="00610B2A" w:rsidRDefault="00000000">
      <w:r>
        <w:t>[Prénom Nom]</w:t>
      </w:r>
    </w:p>
    <w:p w14:paraId="6D1C67D9" w14:textId="2C142BB0" w:rsidR="00610B2A" w:rsidRDefault="00270C4C">
      <w:r>
        <w:t>[Profession]</w:t>
      </w:r>
    </w:p>
    <w:p w14:paraId="75C8CF36" w14:textId="77777777" w:rsidR="00610B2A" w:rsidRDefault="00000000">
      <w:r>
        <w:t>[Adresse complète]</w:t>
      </w:r>
    </w:p>
    <w:p w14:paraId="33C253A9" w14:textId="77777777" w:rsidR="00610B2A" w:rsidRDefault="00000000">
      <w:r>
        <w:t>[Date]</w:t>
      </w:r>
    </w:p>
    <w:p w14:paraId="41105CC7" w14:textId="77777777" w:rsidR="00610B2A" w:rsidRDefault="00610B2A"/>
    <w:p w14:paraId="2BC404BA" w14:textId="77777777" w:rsidR="00610B2A" w:rsidRDefault="00000000" w:rsidP="00270C4C">
      <w:pPr>
        <w:jc w:val="right"/>
      </w:pPr>
      <w:r>
        <w:t>Madame / Monsieur le Maire,</w:t>
      </w:r>
    </w:p>
    <w:p w14:paraId="19F62385" w14:textId="77777777" w:rsidR="00610B2A" w:rsidRDefault="00000000" w:rsidP="00270C4C">
      <w:pPr>
        <w:jc w:val="right"/>
      </w:pPr>
      <w:r>
        <w:t>[Nom de la commune]</w:t>
      </w:r>
    </w:p>
    <w:p w14:paraId="12BD77E4" w14:textId="77777777" w:rsidR="00610B2A" w:rsidRDefault="00610B2A"/>
    <w:p w14:paraId="09AD1FC0" w14:textId="77777777" w:rsidR="00610B2A" w:rsidRDefault="00000000">
      <w:r>
        <w:t>Objet : Impact de la gestion des déchets sur mon activité professionnelle</w:t>
      </w:r>
    </w:p>
    <w:p w14:paraId="51A7CBE3" w14:textId="77777777" w:rsidR="00610B2A" w:rsidRDefault="00610B2A"/>
    <w:p w14:paraId="2D4593B7" w14:textId="77777777" w:rsidR="00610B2A" w:rsidRDefault="00000000">
      <w:r>
        <w:t>Madame / Monsieur le Maire,</w:t>
      </w:r>
    </w:p>
    <w:p w14:paraId="61409B8F" w14:textId="77777777" w:rsidR="00610B2A" w:rsidRDefault="00610B2A"/>
    <w:p w14:paraId="069CB31D" w14:textId="77777777" w:rsidR="00610B2A" w:rsidRDefault="00000000">
      <w:r>
        <w:t>Exerçant mon activité sur la commune, je souhaite vous signaler des difficultés liées à la collecte des déchets autour de mon lieu de travail. Cela génère des nuisances et complique l'organisation de mon activité.</w:t>
      </w:r>
    </w:p>
    <w:p w14:paraId="4490242B" w14:textId="77777777" w:rsidR="00610B2A" w:rsidRDefault="00610B2A"/>
    <w:p w14:paraId="68C86E25" w14:textId="77777777" w:rsidR="00610B2A" w:rsidRDefault="00000000">
      <w:r>
        <w:t>Je vous remercie de m'indiquer les mesures prévues pour améliorer la situation.</w:t>
      </w:r>
    </w:p>
    <w:p w14:paraId="6C366A30" w14:textId="77777777" w:rsidR="00610B2A" w:rsidRDefault="00610B2A"/>
    <w:p w14:paraId="7E94B117" w14:textId="77777777" w:rsidR="00610B2A" w:rsidRDefault="00000000">
      <w:r>
        <w:t>Veuillez agréer, Madame / Monsieur le Maire, mes salutations distinguées.</w:t>
      </w:r>
    </w:p>
    <w:p w14:paraId="295AB0B9" w14:textId="77777777" w:rsidR="00610B2A" w:rsidRDefault="00610B2A"/>
    <w:p w14:paraId="679ED952" w14:textId="77777777" w:rsidR="00270C4C" w:rsidRDefault="00270C4C"/>
    <w:p w14:paraId="173A7C4E" w14:textId="77777777" w:rsidR="00610B2A" w:rsidRDefault="00000000" w:rsidP="00270C4C">
      <w:pPr>
        <w:ind w:right="843"/>
        <w:jc w:val="right"/>
      </w:pPr>
      <w:r>
        <w:t>[Signature]</w:t>
      </w:r>
    </w:p>
    <w:p w14:paraId="30CB32D4" w14:textId="397C800D" w:rsidR="00270C4C" w:rsidRDefault="00270C4C"/>
    <w:sectPr w:rsidR="00270C4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063F3" w14:textId="77777777" w:rsidR="008F63BB" w:rsidRDefault="008F63BB">
      <w:pPr>
        <w:spacing w:after="0" w:line="240" w:lineRule="auto"/>
      </w:pPr>
      <w:r>
        <w:separator/>
      </w:r>
    </w:p>
  </w:endnote>
  <w:endnote w:type="continuationSeparator" w:id="0">
    <w:p w14:paraId="74FA992D" w14:textId="77777777" w:rsidR="008F63BB" w:rsidRDefault="008F6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BA0C3" w14:textId="77777777" w:rsidR="008F63BB" w:rsidRDefault="008F63BB">
      <w:pPr>
        <w:spacing w:after="0" w:line="240" w:lineRule="auto"/>
      </w:pPr>
      <w:r>
        <w:separator/>
      </w:r>
    </w:p>
  </w:footnote>
  <w:footnote w:type="continuationSeparator" w:id="0">
    <w:p w14:paraId="05F36920" w14:textId="77777777" w:rsidR="008F63BB" w:rsidRDefault="008F63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1951652">
    <w:abstractNumId w:val="8"/>
  </w:num>
  <w:num w:numId="2" w16cid:durableId="1230656010">
    <w:abstractNumId w:val="6"/>
  </w:num>
  <w:num w:numId="3" w16cid:durableId="27683973">
    <w:abstractNumId w:val="5"/>
  </w:num>
  <w:num w:numId="4" w16cid:durableId="1179781973">
    <w:abstractNumId w:val="4"/>
  </w:num>
  <w:num w:numId="5" w16cid:durableId="1960525651">
    <w:abstractNumId w:val="7"/>
  </w:num>
  <w:num w:numId="6" w16cid:durableId="1044409946">
    <w:abstractNumId w:val="3"/>
  </w:num>
  <w:num w:numId="7" w16cid:durableId="1050299497">
    <w:abstractNumId w:val="2"/>
  </w:num>
  <w:num w:numId="8" w16cid:durableId="1814908159">
    <w:abstractNumId w:val="1"/>
  </w:num>
  <w:num w:numId="9" w16cid:durableId="1388183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0C4C"/>
    <w:rsid w:val="0029639D"/>
    <w:rsid w:val="00326F90"/>
    <w:rsid w:val="00610B2A"/>
    <w:rsid w:val="008F63BB"/>
    <w:rsid w:val="00AA1D8D"/>
    <w:rsid w:val="00B47730"/>
    <w:rsid w:val="00B8205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EFD3BB"/>
  <w14:defaultImageDpi w14:val="300"/>
  <w15:docId w15:val="{E46A2E21-D6AC-4A67-A7D7-4FF45B01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Photo Graphie</cp:lastModifiedBy>
  <cp:revision>2</cp:revision>
  <dcterms:created xsi:type="dcterms:W3CDTF">2025-11-13T07:21:00Z</dcterms:created>
  <dcterms:modified xsi:type="dcterms:W3CDTF">2025-11-13T07:21:00Z</dcterms:modified>
  <cp:category/>
</cp:coreProperties>
</file>