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8672C" w14:textId="21C24C01" w:rsidR="009F4C15" w:rsidRDefault="00000000" w:rsidP="00024B69">
      <w:pPr>
        <w:pStyle w:val="Titre1"/>
        <w:jc w:val="center"/>
      </w:pPr>
      <w:r>
        <w:t xml:space="preserve">Lettre au Maire – </w:t>
      </w:r>
      <w:proofErr w:type="spellStart"/>
      <w:r>
        <w:t>Citoyen</w:t>
      </w:r>
      <w:proofErr w:type="spellEnd"/>
      <w:r w:rsidR="00024B69">
        <w:t xml:space="preserve"> (</w:t>
      </w:r>
      <w:proofErr w:type="spellStart"/>
      <w:r w:rsidR="00024B69">
        <w:t>ligne</w:t>
      </w:r>
      <w:proofErr w:type="spellEnd"/>
      <w:r w:rsidR="00024B69">
        <w:t xml:space="preserve"> a </w:t>
      </w:r>
      <w:proofErr w:type="spellStart"/>
      <w:r w:rsidR="00024B69">
        <w:t>supprimer</w:t>
      </w:r>
      <w:proofErr w:type="spellEnd"/>
      <w:r w:rsidR="00024B69">
        <w:t>)</w:t>
      </w:r>
    </w:p>
    <w:p w14:paraId="6E9AEA88" w14:textId="4BB1208E" w:rsidR="009F4C15" w:rsidRDefault="00000000">
      <w:r>
        <w:t>[</w:t>
      </w:r>
      <w:proofErr w:type="spellStart"/>
      <w:r>
        <w:t>Prénom</w:t>
      </w:r>
      <w:proofErr w:type="spellEnd"/>
      <w:r>
        <w:t xml:space="preserve"> Nom]</w:t>
      </w:r>
    </w:p>
    <w:p w14:paraId="482464A8" w14:textId="77777777" w:rsidR="009F4C15" w:rsidRDefault="00000000">
      <w:r>
        <w:t>[Adresse]</w:t>
      </w:r>
    </w:p>
    <w:p w14:paraId="3736679C" w14:textId="77777777" w:rsidR="009F4C15" w:rsidRDefault="00000000">
      <w:r>
        <w:t>[Code postal – Commune]</w:t>
      </w:r>
    </w:p>
    <w:p w14:paraId="3D3198B3" w14:textId="77777777" w:rsidR="009F4C15" w:rsidRDefault="00000000">
      <w:r>
        <w:t>[Date]</w:t>
      </w:r>
    </w:p>
    <w:p w14:paraId="32BBDA61" w14:textId="77777777" w:rsidR="009F4C15" w:rsidRDefault="009F4C15"/>
    <w:p w14:paraId="6BB57C6C" w14:textId="77777777" w:rsidR="009F4C15" w:rsidRDefault="00000000" w:rsidP="00024B69">
      <w:pPr>
        <w:jc w:val="right"/>
      </w:pPr>
      <w:r>
        <w:t>Madame / Monsieur le Maire,</w:t>
      </w:r>
    </w:p>
    <w:p w14:paraId="2C733C7D" w14:textId="77777777" w:rsidR="009F4C15" w:rsidRDefault="00000000" w:rsidP="00024B69">
      <w:pPr>
        <w:jc w:val="right"/>
      </w:pPr>
      <w:r>
        <w:t>[Nom de la commune]</w:t>
      </w:r>
    </w:p>
    <w:p w14:paraId="5BE4479F" w14:textId="77777777" w:rsidR="009F4C15" w:rsidRDefault="009F4C15"/>
    <w:p w14:paraId="5F9C9226" w14:textId="77777777" w:rsidR="009F4C15" w:rsidRDefault="00000000">
      <w:r>
        <w:t>Objet : Demande d'information sur la gestion des déchets</w:t>
      </w:r>
    </w:p>
    <w:p w14:paraId="149FB185" w14:textId="77777777" w:rsidR="009F4C15" w:rsidRDefault="009F4C15"/>
    <w:p w14:paraId="4D69FC81" w14:textId="77777777" w:rsidR="009F4C15" w:rsidRDefault="00000000">
      <w:r>
        <w:t>Madame / Monsieur le Maire,</w:t>
      </w:r>
    </w:p>
    <w:p w14:paraId="7608BBC0" w14:textId="77777777" w:rsidR="009F4C15" w:rsidRDefault="009F4C15"/>
    <w:p w14:paraId="48179B40" w14:textId="77777777" w:rsidR="009F4C15" w:rsidRDefault="00000000">
      <w:r>
        <w:t>En tant qu'habitant de la commune, je souhaite attirer votre attention sur des difficultés liées à la collecte des ordures ménagères. Depuis quelque temps, je constate des irrégularités qui impactent le quotidien du quartier.</w:t>
      </w:r>
    </w:p>
    <w:p w14:paraId="4CABD2AC" w14:textId="77777777" w:rsidR="009F4C15" w:rsidRDefault="009F4C15"/>
    <w:p w14:paraId="76BDE3F4" w14:textId="77777777" w:rsidR="009F4C15" w:rsidRDefault="00000000">
      <w:r>
        <w:t>Je vous remercie de bien vouloir m'apporter des précisions sur la situation actuelle ainsi que sur les mesures envisagées.</w:t>
      </w:r>
    </w:p>
    <w:p w14:paraId="6DDEEED0" w14:textId="77777777" w:rsidR="009F4C15" w:rsidRDefault="009F4C15"/>
    <w:p w14:paraId="1C7CA66A" w14:textId="77777777" w:rsidR="009F4C15" w:rsidRDefault="00000000">
      <w:r>
        <w:t xml:space="preserve">Veuillez agréer, Madame / Monsieur le Maire, </w:t>
      </w:r>
      <w:proofErr w:type="spellStart"/>
      <w:r>
        <w:t>mes</w:t>
      </w:r>
      <w:proofErr w:type="spellEnd"/>
      <w:r>
        <w:t xml:space="preserve"> salutations </w:t>
      </w:r>
      <w:proofErr w:type="spellStart"/>
      <w:r>
        <w:t>distinguées</w:t>
      </w:r>
      <w:proofErr w:type="spellEnd"/>
      <w:r>
        <w:t>.</w:t>
      </w:r>
    </w:p>
    <w:p w14:paraId="2CE797A3" w14:textId="77777777" w:rsidR="00024B69" w:rsidRDefault="00024B69"/>
    <w:p w14:paraId="7508E5EE" w14:textId="77777777" w:rsidR="009F4C15" w:rsidRDefault="009F4C15"/>
    <w:p w14:paraId="1FEAB4DF" w14:textId="4338B8E8" w:rsidR="009F4C15" w:rsidRDefault="00000000" w:rsidP="00024B69">
      <w:pPr>
        <w:ind w:right="1127"/>
        <w:jc w:val="right"/>
      </w:pPr>
      <w:r>
        <w:t>[Signature]</w:t>
      </w:r>
    </w:p>
    <w:sectPr w:rsidR="009F4C15" w:rsidSect="00024B69">
      <w:pgSz w:w="12240" w:h="15840"/>
      <w:pgMar w:top="851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CB721" w14:textId="77777777" w:rsidR="00EA7392" w:rsidRDefault="00EA7392">
      <w:pPr>
        <w:spacing w:after="0" w:line="240" w:lineRule="auto"/>
      </w:pPr>
      <w:r>
        <w:separator/>
      </w:r>
    </w:p>
  </w:endnote>
  <w:endnote w:type="continuationSeparator" w:id="0">
    <w:p w14:paraId="76559D0E" w14:textId="77777777" w:rsidR="00EA7392" w:rsidRDefault="00EA7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26ECF" w14:textId="77777777" w:rsidR="00EA7392" w:rsidRDefault="00EA7392">
      <w:pPr>
        <w:spacing w:after="0" w:line="240" w:lineRule="auto"/>
      </w:pPr>
      <w:r>
        <w:separator/>
      </w:r>
    </w:p>
  </w:footnote>
  <w:footnote w:type="continuationSeparator" w:id="0">
    <w:p w14:paraId="32222590" w14:textId="77777777" w:rsidR="00EA7392" w:rsidRDefault="00EA73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070266">
    <w:abstractNumId w:val="8"/>
  </w:num>
  <w:num w:numId="2" w16cid:durableId="1783377958">
    <w:abstractNumId w:val="6"/>
  </w:num>
  <w:num w:numId="3" w16cid:durableId="402799272">
    <w:abstractNumId w:val="5"/>
  </w:num>
  <w:num w:numId="4" w16cid:durableId="1141918895">
    <w:abstractNumId w:val="4"/>
  </w:num>
  <w:num w:numId="5" w16cid:durableId="260577600">
    <w:abstractNumId w:val="7"/>
  </w:num>
  <w:num w:numId="6" w16cid:durableId="228003321">
    <w:abstractNumId w:val="3"/>
  </w:num>
  <w:num w:numId="7" w16cid:durableId="2103330353">
    <w:abstractNumId w:val="2"/>
  </w:num>
  <w:num w:numId="8" w16cid:durableId="648365517">
    <w:abstractNumId w:val="1"/>
  </w:num>
  <w:num w:numId="9" w16cid:durableId="1203786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B69"/>
    <w:rsid w:val="00034616"/>
    <w:rsid w:val="0006063C"/>
    <w:rsid w:val="0015074B"/>
    <w:rsid w:val="0029639D"/>
    <w:rsid w:val="00326F90"/>
    <w:rsid w:val="009F4C15"/>
    <w:rsid w:val="00AA1D8D"/>
    <w:rsid w:val="00B47730"/>
    <w:rsid w:val="00B8205D"/>
    <w:rsid w:val="00CB0664"/>
    <w:rsid w:val="00EA73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F345C7"/>
  <w14:defaultImageDpi w14:val="300"/>
  <w15:docId w15:val="{E46A2E21-D6AC-4A67-A7D7-4FF45B01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104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Photo Graphie</cp:lastModifiedBy>
  <cp:revision>2</cp:revision>
  <dcterms:created xsi:type="dcterms:W3CDTF">2025-11-13T07:18:00Z</dcterms:created>
  <dcterms:modified xsi:type="dcterms:W3CDTF">2025-11-13T07:18:00Z</dcterms:modified>
  <cp:category/>
</cp:coreProperties>
</file>